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14 Wineries from Thailand</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14 wineries from Thailand.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Thailand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