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Slovak Vineyards Are 2 °C Cooler Than Those in Bordeaux</w:t>
      </w:r>
    </w:p>
    <w:p>
      <w:r>
        <w:t>The interactive map charts more than 4.3 million vineyards, 3,517 of them in Slovakia.</w:t>
      </w:r>
    </w:p>
    <w:p>
      <w:r>
        <w:t>World Winery Map, the newly launched wine map of the world, features 492 wineries and 3,517 vineyards from Slovakia. Slovak vineyards sit at an average elevation of 249 metres and are 2 °C cooler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Slovakia were taken from the Landscape Atlas of the Slovak Republic and Act 313/2009 on viticulture.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Slovakia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