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Lake Erie Vineyards Are 4 °F Cooler Than Those in Bordeaux</w:t>
      </w:r>
    </w:p>
    <w:p>
      <w:r>
        <w:t>The interactive map charts more than 4.3 million vineyards, 2,620 of them in the Lake Erie region.</w:t>
      </w:r>
    </w:p>
    <w:p>
      <w:r>
        <w:t>World Winery Map, the newly launched wine map of the world, features 135 wineries and 2,620 vineyards from the Lake Erie region. Lake Erie vineyards sit at an average elevation of 770 feet (235 meters) and are 4 °F (2.2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Lake Erie region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