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la Región Vitícola del Sur son 2 °C más frescos que los de la Toscana</w:t>
      </w:r>
    </w:p>
    <w:p>
      <w:r>
        <w:t>El mapa interactivo recoge más de 4,3 millones de viñedos, 119 de ellos en la Región Vitícola del Sur.</w:t>
      </w:r>
    </w:p>
    <w:p>
      <w:r>
        <w:t>World Winery Map, el mapa mundial del vino recién lanzado, incluye 76 bodegas y 119 viñedos de la Región Vitícola del Sur. Los viñedos de la Región Vitícola del Sur se sitúan en promedio a 78 metros de altitud y son 2 °C más frescos durante el ciclo vegetativo de la vid que los de la Toscana,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Chile se tomaron del Decreto 464/1994 del Ministerio de Agricultura sobre zonificación vitícola.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la Región Vitícola del Sur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