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13 Wineries from Malta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13 wineries from Malta.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Malta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