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pugliesi sono 2,6 °C più caldi rispetto a quelli nella Napa Valley</w:t>
      </w:r>
    </w:p>
    <w:p>
      <w:r>
        <w:t>La mappa interattiva censisce oltre 4,3 milioni di vigneti, 36.141 dei quali in Puglia.</w:t>
      </w:r>
    </w:p>
    <w:p>
      <w:r>
        <w:t>World Winery Map, la mappa mondiale del vino lanciata di recente, mappa 2.018 cantine e 36.141 vigneti della Puglia. I vigneti pugliesi si trovano a un'altitudine media di 90 metri e sono 2,6 °C più caldi durante il periodo vegetativo della vite rispetto a quelli nella Napa Valley,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I confini ufficiali per l'Italia hanno come fonte il disciplinare di produzione della IGT Puglia pubblicato dal MASAF.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pugliesi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