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Banatului sunt cu 3,0 °C mai calde decât cele din Champagne</w:t>
      </w:r>
    </w:p>
    <w:p>
      <w:r>
        <w:t>Harta interactivă cartografiază peste 4,3 milioane de vii, dintre care 36 se află în Banat.</w:t>
      </w:r>
    </w:p>
    <w:p>
      <w:r>
        <w:t>World Winery Map, harta vinicolă a lumii lansată recent, cartografiază 12 crame și 36 vii din Banat. Podgoriile Banatului se află la o altitudine medie de 190 metri și sunt cu 3,0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Banat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