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Betanzos son 2,6 °C más frescos que los situados en la Toscana</w:t>
      </w:r>
    </w:p>
    <w:p>
      <w:r>
        <w:t>El mapa interactivo recoge más de 4,3 millones de viñedos, 2.158 de ellos en Betanzos.</w:t>
      </w:r>
    </w:p>
    <w:p>
      <w:r>
        <w:t>World Winery Map, el mapa mundial del vino recién lanzado, cartografía 8 bodegas y 2.158 viñedos de Betanzos. Los viñedos de Betanzos se encuentran a una altitud media de 109 metros y son 2,6 °C más frescos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Galicia tienen como fuente el pliego de condiciones de la IGP publicado por la Xunta de Galicia (AGACAL, Axencia Galega da Calidade Alimentaria).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Betanzos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